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47A5E" w14:textId="77777777" w:rsidR="00C9013A" w:rsidRDefault="00000000">
      <w:pPr>
        <w:spacing w:after="20"/>
        <w:jc w:val="center"/>
        <w:rPr>
          <w:b/>
          <w:sz w:val="32"/>
        </w:rPr>
      </w:pPr>
      <w:r>
        <w:rPr>
          <w:b/>
          <w:sz w:val="32"/>
        </w:rPr>
        <w:t>RICHARD GRIFFIN</w:t>
      </w:r>
    </w:p>
    <w:p w14:paraId="1489E03C" w14:textId="15262C5D" w:rsidR="004101B1" w:rsidRDefault="004101B1">
      <w:pPr>
        <w:spacing w:after="20"/>
        <w:jc w:val="center"/>
      </w:pPr>
      <w:hyperlink r:id="rId6" w:history="1">
        <w:r w:rsidRPr="004101B1">
          <w:rPr>
            <w:rStyle w:val="Hyperlink"/>
          </w:rPr>
          <w:t>Portfolio</w:t>
        </w:r>
      </w:hyperlink>
    </w:p>
    <w:p w14:paraId="4CF77444" w14:textId="291D546E" w:rsidR="00C9013A" w:rsidRDefault="00000000">
      <w:pPr>
        <w:spacing w:after="40"/>
        <w:jc w:val="center"/>
      </w:pPr>
      <w:r>
        <w:t>rich.griffin10@gmail.com | (954) 995-3051</w:t>
      </w:r>
    </w:p>
    <w:p w14:paraId="0701B228" w14:textId="77777777" w:rsidR="00C9013A" w:rsidRDefault="00000000">
      <w:pPr>
        <w:pStyle w:val="ResumeSection"/>
        <w:pBdr>
          <w:bottom w:val="single" w:sz="6" w:space="1" w:color="999999"/>
        </w:pBdr>
        <w:spacing w:before="0" w:after="0"/>
      </w:pPr>
      <w:r>
        <w:t>SUMMARY</w:t>
      </w:r>
    </w:p>
    <w:p w14:paraId="671C6599" w14:textId="77777777" w:rsidR="00C9013A" w:rsidRDefault="00000000">
      <w:r>
        <w:t>Computer Science student, U.S. Army veteran, and aspiring IT/cybersecurity professional with a strong foundation in software development, technical troubleshooting, systems concepts, cybersecurity fundamentals, leadership, and documentation. Experienced with Java, Python, C, REST API development, databases, Git/GitHub, Postman, and Agile/Scrum teamwork. Background combines computer science coursework, criminal justice/national security studies, military technical maintenance, and hands-on problem-solving. Seeking internships or entry-level opportunities in IT support, cybersecurity, software development, technical support, systems support, or security operations.</w:t>
      </w:r>
    </w:p>
    <w:p w14:paraId="477279D8" w14:textId="77777777" w:rsidR="00C9013A" w:rsidRDefault="00000000">
      <w:pPr>
        <w:pStyle w:val="ResumeSection"/>
        <w:pBdr>
          <w:bottom w:val="single" w:sz="6" w:space="1" w:color="999999"/>
        </w:pBdr>
        <w:spacing w:before="0" w:after="0"/>
      </w:pPr>
      <w:r>
        <w:t>EDUCATION</w:t>
      </w:r>
    </w:p>
    <w:p w14:paraId="0DB93674" w14:textId="77777777" w:rsidR="00C9013A" w:rsidRDefault="00000000">
      <w:pPr>
        <w:spacing w:before="20"/>
      </w:pPr>
      <w:r>
        <w:rPr>
          <w:b/>
        </w:rPr>
        <w:t>Bachelor of Arts in Computer Science</w:t>
      </w:r>
      <w:r>
        <w:t xml:space="preserve"> | Florida International University</w:t>
      </w:r>
      <w:r>
        <w:rPr>
          <w:i/>
        </w:rPr>
        <w:tab/>
        <w:t>Miami, FL | Expected July 2026</w:t>
      </w:r>
    </w:p>
    <w:p w14:paraId="156AB199" w14:textId="1A758288" w:rsidR="00C9013A" w:rsidRDefault="00000000">
      <w:pPr>
        <w:spacing w:after="20"/>
      </w:pPr>
      <w:r>
        <w:rPr>
          <w:b/>
        </w:rPr>
        <w:t xml:space="preserve">Minor: </w:t>
      </w:r>
      <w:r>
        <w:t>Criminal Justice</w:t>
      </w:r>
    </w:p>
    <w:p w14:paraId="392BE990" w14:textId="77777777" w:rsidR="00C9013A" w:rsidRDefault="00000000">
      <w:pPr>
        <w:spacing w:after="20"/>
      </w:pPr>
      <w:r>
        <w:rPr>
          <w:b/>
          <w:sz w:val="17"/>
        </w:rPr>
        <w:t xml:space="preserve">Relevant Coursework: </w:t>
      </w:r>
      <w:r>
        <w:rPr>
          <w:sz w:val="17"/>
        </w:rPr>
        <w:t>Data Structures, Operating Systems Principles, Systems Programming, Computer Architecture, Programming I &amp; II, Principles of Programming Languages, Artificial Intelligence, Human-Computer Interaction, Digital Forensics, Software Engineering, Algorithm Techniques, Database Management, Professional &amp; Technical Writing, Statistics, Research Methods, Fundamentals of National Security, Criminal Justice Ethics, Justice &amp; the Constitution.</w:t>
      </w:r>
    </w:p>
    <w:p w14:paraId="64AC0EE1" w14:textId="77777777" w:rsidR="00C9013A" w:rsidRDefault="00000000">
      <w:pPr>
        <w:spacing w:before="20"/>
      </w:pPr>
      <w:r>
        <w:rPr>
          <w:b/>
        </w:rPr>
        <w:t>Associate of Arts in Criminal Justice Administration</w:t>
      </w:r>
      <w:r>
        <w:t xml:space="preserve"> | Miami Dade College</w:t>
      </w:r>
      <w:r>
        <w:rPr>
          <w:i/>
        </w:rPr>
        <w:tab/>
        <w:t>Miami, FL | August 2024</w:t>
      </w:r>
    </w:p>
    <w:p w14:paraId="37C3B836" w14:textId="77777777" w:rsidR="00C9013A" w:rsidRDefault="00000000">
      <w:pPr>
        <w:spacing w:before="20"/>
      </w:pPr>
      <w:r>
        <w:rPr>
          <w:b/>
        </w:rPr>
        <w:t>Electrical &amp; Avionics Technical Training</w:t>
      </w:r>
      <w:r>
        <w:t xml:space="preserve"> | U.S. Army</w:t>
      </w:r>
      <w:r>
        <w:rPr>
          <w:i/>
        </w:rPr>
        <w:tab/>
        <w:t>Fort Eustis, VA | December 2012</w:t>
      </w:r>
    </w:p>
    <w:p w14:paraId="6A7ECDBA" w14:textId="77777777" w:rsidR="00C9013A" w:rsidRDefault="00000000">
      <w:pPr>
        <w:pStyle w:val="ResumeSection"/>
        <w:pBdr>
          <w:bottom w:val="single" w:sz="6" w:space="1" w:color="999999"/>
        </w:pBdr>
        <w:spacing w:before="0" w:after="0"/>
      </w:pPr>
      <w:r>
        <w:t>CERTIFICATIONS &amp; PROFESSIONAL DEVELOPMENT</w:t>
      </w:r>
    </w:p>
    <w:p w14:paraId="1DA737CE" w14:textId="7FADD698" w:rsidR="00C9013A" w:rsidRDefault="00000000">
      <w:pPr>
        <w:spacing w:after="20"/>
      </w:pPr>
      <w:r>
        <w:rPr>
          <w:b/>
        </w:rPr>
        <w:t xml:space="preserve">Expected by </w:t>
      </w:r>
      <w:r w:rsidR="00AF6CDB">
        <w:rPr>
          <w:b/>
        </w:rPr>
        <w:t>August</w:t>
      </w:r>
      <w:r>
        <w:rPr>
          <w:b/>
        </w:rPr>
        <w:t xml:space="preserve"> 2026: </w:t>
      </w:r>
      <w:r>
        <w:t>Google IT Support Professional Certificate; CompTIA A+; CompTIA Security+</w:t>
      </w:r>
    </w:p>
    <w:p w14:paraId="3314AE82" w14:textId="078E88B9" w:rsidR="00C9013A" w:rsidRDefault="00000000">
      <w:pPr>
        <w:spacing w:after="20"/>
      </w:pPr>
      <w:r>
        <w:rPr>
          <w:b/>
        </w:rPr>
        <w:t xml:space="preserve">License: </w:t>
      </w:r>
      <w:r>
        <w:t>Florida Class D Security Officer License</w:t>
      </w:r>
      <w:r w:rsidR="009315F7">
        <w:t>; Florida Class G Security Officer License</w:t>
      </w:r>
    </w:p>
    <w:p w14:paraId="3B776E72" w14:textId="77777777" w:rsidR="00C9013A" w:rsidRDefault="00000000">
      <w:pPr>
        <w:pStyle w:val="ResumeSection"/>
        <w:pBdr>
          <w:bottom w:val="single" w:sz="6" w:space="1" w:color="999999"/>
        </w:pBdr>
        <w:spacing w:before="0" w:after="0"/>
      </w:pPr>
      <w:r>
        <w:t>TECHNICAL SKILLS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95"/>
        <w:gridCol w:w="8461"/>
      </w:tblGrid>
      <w:tr w:rsidR="00C9013A" w14:paraId="634B8D8C" w14:textId="77777777">
        <w:tc>
          <w:tcPr>
            <w:tcW w:w="2232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FD4CE3F" w14:textId="77777777" w:rsidR="00C9013A" w:rsidRDefault="00000000">
            <w:r>
              <w:rPr>
                <w:b/>
                <w:sz w:val="17"/>
              </w:rPr>
              <w:t>Programming</w:t>
            </w:r>
          </w:p>
        </w:tc>
        <w:tc>
          <w:tcPr>
            <w:tcW w:w="8784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1F947FD" w14:textId="77777777" w:rsidR="00C9013A" w:rsidRDefault="00000000">
            <w:r>
              <w:rPr>
                <w:sz w:val="17"/>
              </w:rPr>
              <w:t>Java, Python, C, JavaScript, HTML, CSS</w:t>
            </w:r>
          </w:p>
        </w:tc>
      </w:tr>
      <w:tr w:rsidR="00C9013A" w14:paraId="41A8021B" w14:textId="77777777">
        <w:tc>
          <w:tcPr>
            <w:tcW w:w="2232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4822F7D" w14:textId="77777777" w:rsidR="00C9013A" w:rsidRDefault="00000000">
            <w:r>
              <w:rPr>
                <w:b/>
                <w:sz w:val="17"/>
              </w:rPr>
              <w:t>Software &amp; Development</w:t>
            </w:r>
          </w:p>
        </w:tc>
        <w:tc>
          <w:tcPr>
            <w:tcW w:w="8784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164C35F" w14:textId="77777777" w:rsidR="00C9013A" w:rsidRDefault="00000000">
            <w:r>
              <w:rPr>
                <w:sz w:val="17"/>
              </w:rPr>
              <w:t>Object-Oriented Programming, data structures, algorithms, debugging, REST API development, JSON, SDLC, Agile/Scrum, technical documentation</w:t>
            </w:r>
          </w:p>
        </w:tc>
      </w:tr>
      <w:tr w:rsidR="00C9013A" w14:paraId="3AA3F686" w14:textId="77777777">
        <w:tc>
          <w:tcPr>
            <w:tcW w:w="2232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565A38B" w14:textId="77777777" w:rsidR="00C9013A" w:rsidRPr="005D1488" w:rsidRDefault="00000000">
            <w:pPr>
              <w:rPr>
                <w:b/>
                <w:bCs/>
              </w:rPr>
            </w:pPr>
            <w:r w:rsidRPr="005D1488">
              <w:rPr>
                <w:b/>
                <w:bCs/>
              </w:rPr>
              <w:t>IT &amp; Systems</w:t>
            </w:r>
          </w:p>
        </w:tc>
        <w:tc>
          <w:tcPr>
            <w:tcW w:w="8784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073FEE41" w14:textId="77777777" w:rsidR="00C9013A" w:rsidRDefault="00000000">
            <w:r>
              <w:t>Linux fundamentals, Windows support, operating systems, basic networking, system troubleshooting, hardware/software support, digital forensics concepts, access control concepts, security fundamentals</w:t>
            </w:r>
          </w:p>
        </w:tc>
      </w:tr>
      <w:tr w:rsidR="00C9013A" w14:paraId="3B4840D2" w14:textId="77777777">
        <w:tc>
          <w:tcPr>
            <w:tcW w:w="2232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3F355463" w14:textId="77777777" w:rsidR="00C9013A" w:rsidRDefault="00000000">
            <w:r>
              <w:rPr>
                <w:b/>
                <w:sz w:val="17"/>
              </w:rPr>
              <w:t>Databases &amp; Tools</w:t>
            </w:r>
          </w:p>
        </w:tc>
        <w:tc>
          <w:tcPr>
            <w:tcW w:w="8784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BF32E68" w14:textId="1CF87675" w:rsidR="00C9013A" w:rsidRDefault="00000000">
            <w:r>
              <w:rPr>
                <w:sz w:val="17"/>
              </w:rPr>
              <w:t xml:space="preserve">MySQL, database design, Git, GitHub, Postman, VS Code, IntelliJ, </w:t>
            </w:r>
            <w:proofErr w:type="spellStart"/>
            <w:r>
              <w:rPr>
                <w:sz w:val="17"/>
              </w:rPr>
              <w:t>Streamlit</w:t>
            </w:r>
            <w:proofErr w:type="spellEnd"/>
            <w:r>
              <w:rPr>
                <w:sz w:val="17"/>
              </w:rPr>
              <w:t>,</w:t>
            </w:r>
            <w:r w:rsidR="006B5A8D">
              <w:rPr>
                <w:sz w:val="17"/>
              </w:rPr>
              <w:t xml:space="preserve"> Eclipse,</w:t>
            </w:r>
            <w:r>
              <w:rPr>
                <w:sz w:val="17"/>
              </w:rPr>
              <w:t xml:space="preserve"> Microsoft Office</w:t>
            </w:r>
          </w:p>
        </w:tc>
      </w:tr>
      <w:tr w:rsidR="00C9013A" w14:paraId="7F3CE94E" w14:textId="77777777">
        <w:tc>
          <w:tcPr>
            <w:tcW w:w="2232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DEB877D" w14:textId="77777777" w:rsidR="00C9013A" w:rsidRDefault="00000000">
            <w:r>
              <w:rPr>
                <w:b/>
                <w:sz w:val="17"/>
              </w:rPr>
              <w:t>Technical Troubleshooting</w:t>
            </w:r>
          </w:p>
        </w:tc>
        <w:tc>
          <w:tcPr>
            <w:tcW w:w="8784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2FB9A007" w14:textId="77777777" w:rsidR="00C9013A" w:rsidRDefault="00000000">
            <w:r>
              <w:rPr>
                <w:sz w:val="17"/>
              </w:rPr>
              <w:t>Electrical diagnostics, schematics, avionics systems, AC/DC circuits, soldering, maintenance documentation</w:t>
            </w:r>
          </w:p>
        </w:tc>
      </w:tr>
    </w:tbl>
    <w:p w14:paraId="5ECF6173" w14:textId="77777777" w:rsidR="00C9013A" w:rsidRDefault="00000000">
      <w:pPr>
        <w:pStyle w:val="ResumeSection"/>
        <w:pBdr>
          <w:bottom w:val="single" w:sz="6" w:space="1" w:color="999999"/>
        </w:pBdr>
        <w:spacing w:before="0" w:after="0"/>
      </w:pPr>
      <w:r>
        <w:t>SELECTED PROJECTS</w:t>
      </w:r>
    </w:p>
    <w:p w14:paraId="54DA6C3E" w14:textId="00915BD5" w:rsidR="00C9013A" w:rsidRDefault="00000000">
      <w:pPr>
        <w:spacing w:before="20"/>
      </w:pPr>
      <w:r>
        <w:rPr>
          <w:b/>
        </w:rPr>
        <w:t>REST API Bookstore</w:t>
      </w:r>
      <w:r>
        <w:t xml:space="preserve"> | Academic Team Project</w:t>
      </w:r>
      <w:r>
        <w:rPr>
          <w:i/>
        </w:rPr>
        <w:tab/>
        <w:t>Java/Spring Boot, REST APIs, MySQL, GitHub, Postman</w:t>
      </w:r>
    </w:p>
    <w:p w14:paraId="5A775CD7" w14:textId="77777777" w:rsidR="00C9013A" w:rsidRDefault="00000000">
      <w:pPr>
        <w:pStyle w:val="ResumeBullet"/>
      </w:pPr>
      <w:r>
        <w:t>• Contributed to a team-based bookstore web application using REST API endpoints, backend database design, and Agile/Scrum development practices.</w:t>
      </w:r>
    </w:p>
    <w:p w14:paraId="30318789" w14:textId="77777777" w:rsidR="00C9013A" w:rsidRDefault="00000000">
      <w:pPr>
        <w:pStyle w:val="ResumeBullet"/>
      </w:pPr>
      <w:r>
        <w:t>• Worked with HTTP routes, JSON responses, CRUD operations, database-connected API actions, and feature-specific user stories.</w:t>
      </w:r>
    </w:p>
    <w:p w14:paraId="77296E07" w14:textId="77777777" w:rsidR="00C9013A" w:rsidRDefault="00000000">
      <w:pPr>
        <w:pStyle w:val="ResumeBullet"/>
      </w:pPr>
      <w:r>
        <w:t>• Participated in sprint planning, standups, backlog organization, GitHub workflow, API testing, and technical documentation.</w:t>
      </w:r>
    </w:p>
    <w:p w14:paraId="0B6F0BE4" w14:textId="77777777" w:rsidR="00C9013A" w:rsidRDefault="00000000">
      <w:pPr>
        <w:spacing w:before="20"/>
      </w:pPr>
      <w:r>
        <w:rPr>
          <w:b/>
        </w:rPr>
        <w:t>Flight Tracker Web Application</w:t>
      </w:r>
      <w:r>
        <w:rPr>
          <w:i/>
        </w:rPr>
        <w:tab/>
        <w:t>Python, Streamlit, Aviationstack API</w:t>
      </w:r>
    </w:p>
    <w:p w14:paraId="3E27DB5B" w14:textId="77777777" w:rsidR="00C9013A" w:rsidRDefault="00000000">
      <w:pPr>
        <w:pStyle w:val="ResumeBullet"/>
      </w:pPr>
      <w:r>
        <w:t>• Built a web application that searches live flight data and displays scheduled versus actual flight timing.</w:t>
      </w:r>
    </w:p>
    <w:p w14:paraId="1A170E5F" w14:textId="77777777" w:rsidR="00C9013A" w:rsidRDefault="00000000">
      <w:pPr>
        <w:pStyle w:val="ResumeBullet"/>
      </w:pPr>
      <w:r>
        <w:t>• Used API data handling, user input processing, debugging, data formatting, and web-based interface design.</w:t>
      </w:r>
    </w:p>
    <w:p w14:paraId="018F23F7" w14:textId="77777777" w:rsidR="00C9013A" w:rsidRDefault="00000000">
      <w:pPr>
        <w:spacing w:before="20"/>
      </w:pPr>
      <w:r>
        <w:rPr>
          <w:b/>
        </w:rPr>
        <w:t>Usability Testing Tool</w:t>
      </w:r>
      <w:r>
        <w:rPr>
          <w:i/>
        </w:rPr>
        <w:tab/>
        <w:t>Python, Streamlit, CSV</w:t>
      </w:r>
    </w:p>
    <w:p w14:paraId="1467666A" w14:textId="2DF64022" w:rsidR="005D1488" w:rsidRDefault="00000000" w:rsidP="005D1488">
      <w:pPr>
        <w:pStyle w:val="ResumeBullet"/>
      </w:pPr>
      <w:r>
        <w:t>• Developed a workflow tool to collect consent, demographics, task timing, and exit questionnaire results, then export report-ready CSV files.</w:t>
      </w:r>
    </w:p>
    <w:p w14:paraId="0D6A5E1E" w14:textId="77777777" w:rsidR="00C9013A" w:rsidRDefault="00000000">
      <w:pPr>
        <w:pStyle w:val="ResumeSection"/>
        <w:pBdr>
          <w:bottom w:val="single" w:sz="6" w:space="1" w:color="999999"/>
        </w:pBdr>
        <w:spacing w:before="0" w:after="0"/>
      </w:pPr>
      <w:r>
        <w:t>MILITARY &amp; TECHNICAL EXPERIENCE</w:t>
      </w:r>
    </w:p>
    <w:p w14:paraId="06AE5728" w14:textId="1F747D04" w:rsidR="00AF6CDB" w:rsidRDefault="00AF6CDB" w:rsidP="00AF6CDB">
      <w:pPr>
        <w:spacing w:before="20"/>
        <w:rPr>
          <w:b/>
        </w:rPr>
      </w:pPr>
      <w:r>
        <w:rPr>
          <w:b/>
        </w:rPr>
        <w:t>AI Evaluation Specialist | Handshake AI</w:t>
      </w:r>
    </w:p>
    <w:p w14:paraId="62508BFD" w14:textId="18D8CB5E" w:rsidR="00AF6CDB" w:rsidRDefault="00AF6CDB" w:rsidP="00AF6CDB">
      <w:pPr>
        <w:spacing w:before="20"/>
        <w:rPr>
          <w:bCs/>
        </w:rPr>
      </w:pPr>
      <w:r w:rsidRPr="00AF6CDB">
        <w:rPr>
          <w:bCs/>
        </w:rPr>
        <w:t>June – Present</w:t>
      </w:r>
    </w:p>
    <w:p w14:paraId="4F2E6CA6" w14:textId="6B5B4CD8" w:rsidR="00AF6CDB" w:rsidRPr="00AF6CDB" w:rsidRDefault="00AF6CDB" w:rsidP="00AF6CDB">
      <w:pPr>
        <w:pStyle w:val="ListParagraph"/>
        <w:numPr>
          <w:ilvl w:val="0"/>
          <w:numId w:val="10"/>
        </w:numPr>
        <w:spacing w:before="20"/>
        <w:rPr>
          <w:bCs/>
        </w:rPr>
      </w:pPr>
      <w:r w:rsidRPr="00AF6CDB">
        <w:rPr>
          <w:bCs/>
        </w:rPr>
        <w:t xml:space="preserve">Develop domain-specific prompts designed to test the reasoning, accuracy, and instruction-following capabilities of large language models (LLMs). </w:t>
      </w:r>
    </w:p>
    <w:p w14:paraId="430AEE5A" w14:textId="28CE59BF" w:rsidR="00AF6CDB" w:rsidRPr="00AF6CDB" w:rsidRDefault="00AF6CDB" w:rsidP="00AF6CDB">
      <w:pPr>
        <w:pStyle w:val="ListParagraph"/>
        <w:numPr>
          <w:ilvl w:val="0"/>
          <w:numId w:val="10"/>
        </w:numPr>
        <w:spacing w:before="20"/>
        <w:rPr>
          <w:bCs/>
        </w:rPr>
      </w:pPr>
      <w:r w:rsidRPr="00AF6CDB">
        <w:rPr>
          <w:bCs/>
        </w:rPr>
        <w:t xml:space="preserve">Evaluate and compare AI-generated responses using detailed rubrics, identifying factual errors, reasoning flaws, and missed requirements. </w:t>
      </w:r>
    </w:p>
    <w:p w14:paraId="1566C891" w14:textId="136F6545" w:rsidR="00AF6CDB" w:rsidRPr="00AF6CDB" w:rsidRDefault="00AF6CDB" w:rsidP="00AF6CDB">
      <w:pPr>
        <w:pStyle w:val="ListParagraph"/>
        <w:numPr>
          <w:ilvl w:val="0"/>
          <w:numId w:val="10"/>
        </w:numPr>
        <w:spacing w:before="20"/>
        <w:rPr>
          <w:bCs/>
        </w:rPr>
      </w:pPr>
      <w:r w:rsidRPr="00AF6CDB">
        <w:rPr>
          <w:bCs/>
        </w:rPr>
        <w:t xml:space="preserve">Perform data annotation and quality-assurance tasks with strong attention to detail, consistency, and project-specific guidelines. </w:t>
      </w:r>
    </w:p>
    <w:p w14:paraId="059B1AC1" w14:textId="03E1914A" w:rsidR="00AF6CDB" w:rsidRPr="00AF6CDB" w:rsidRDefault="00AF6CDB" w:rsidP="00AF6CDB">
      <w:pPr>
        <w:pStyle w:val="ListParagraph"/>
        <w:numPr>
          <w:ilvl w:val="0"/>
          <w:numId w:val="10"/>
        </w:numPr>
        <w:spacing w:before="20"/>
        <w:rPr>
          <w:bCs/>
        </w:rPr>
      </w:pPr>
      <w:r w:rsidRPr="00AF6CDB">
        <w:rPr>
          <w:bCs/>
        </w:rPr>
        <w:t>Document evaluation findings and provide structured feedback used to improve the reliability and performance of advanced AI systems.</w:t>
      </w:r>
    </w:p>
    <w:p w14:paraId="5CA0F117" w14:textId="72E44D2B" w:rsidR="00AF6CDB" w:rsidRPr="00AF6CDB" w:rsidRDefault="00AF6CDB" w:rsidP="00AF6CDB">
      <w:pPr>
        <w:spacing w:before="20"/>
        <w:rPr>
          <w:b/>
        </w:rPr>
      </w:pPr>
      <w:r>
        <w:rPr>
          <w:b/>
        </w:rPr>
        <w:t>Electrical Product Assembler</w:t>
      </w:r>
      <w:r>
        <w:t xml:space="preserve"> | </w:t>
      </w:r>
      <w:r w:rsidRPr="00AF6CDB">
        <w:rPr>
          <w:b/>
          <w:bCs/>
        </w:rPr>
        <w:t>SPX Transformer Solutions</w:t>
      </w:r>
      <w:r>
        <w:rPr>
          <w:i/>
        </w:rPr>
        <w:tab/>
        <w:t>Waukesha, WI | February 2019 - March 2020</w:t>
      </w:r>
    </w:p>
    <w:p w14:paraId="254DE3C3" w14:textId="77777777" w:rsidR="00AF6CDB" w:rsidRDefault="00AF6CDB" w:rsidP="00AF6CDB">
      <w:pPr>
        <w:pStyle w:val="ResumeBullet"/>
      </w:pPr>
      <w:r>
        <w:t>• Assembled and inspected electrical components according to technical standards and production requirements.</w:t>
      </w:r>
    </w:p>
    <w:p w14:paraId="3827729A" w14:textId="77777777" w:rsidR="00AF6CDB" w:rsidRDefault="00AF6CDB" w:rsidP="00AF6CDB">
      <w:pPr>
        <w:pStyle w:val="ResumeBullet"/>
      </w:pPr>
      <w:r>
        <w:t>• Used hand tools, schematics, and quality control procedures to support accuracy, safety, and consistency.</w:t>
      </w:r>
    </w:p>
    <w:p w14:paraId="5C6451B7" w14:textId="77777777" w:rsidR="00AF6CDB" w:rsidRDefault="00AF6CDB" w:rsidP="00AF6CDB">
      <w:pPr>
        <w:pStyle w:val="ResumeBullet"/>
      </w:pPr>
      <w:r>
        <w:t>• Collaborated with team members in a production environment while following safety and documentation procedures.</w:t>
      </w:r>
    </w:p>
    <w:p w14:paraId="41F90637" w14:textId="77777777" w:rsidR="00AF6CDB" w:rsidRDefault="00AF6CDB">
      <w:pPr>
        <w:spacing w:before="20"/>
        <w:rPr>
          <w:b/>
        </w:rPr>
      </w:pPr>
    </w:p>
    <w:p w14:paraId="44A94D0F" w14:textId="7D1C5D8B" w:rsidR="00C9013A" w:rsidRDefault="00000000">
      <w:pPr>
        <w:spacing w:before="20"/>
      </w:pPr>
      <w:r>
        <w:rPr>
          <w:b/>
        </w:rPr>
        <w:t>Aviation Armament, Electrical &amp; Avionics Systems Repairer | Team Leader | Maintenance Supervisor</w:t>
      </w:r>
      <w:r>
        <w:t xml:space="preserve"> | </w:t>
      </w:r>
      <w:r w:rsidRPr="00AF6CDB">
        <w:rPr>
          <w:b/>
          <w:bCs/>
        </w:rPr>
        <w:t>United States Army</w:t>
      </w:r>
      <w:r w:rsidR="00AF6CDB">
        <w:rPr>
          <w:i/>
        </w:rPr>
        <w:t xml:space="preserve"> </w:t>
      </w:r>
      <w:r>
        <w:rPr>
          <w:i/>
        </w:rPr>
        <w:t>February 2012 - February 2018</w:t>
      </w:r>
    </w:p>
    <w:p w14:paraId="2DFE2014" w14:textId="77777777" w:rsidR="00C9013A" w:rsidRDefault="00000000">
      <w:pPr>
        <w:pStyle w:val="ResumeBullet"/>
      </w:pPr>
      <w:r>
        <w:t>• Led, trained, and supervised soldiers in high-responsibility environments requiring accountability, discipline, and precision.</w:t>
      </w:r>
    </w:p>
    <w:p w14:paraId="09215AC3" w14:textId="77777777" w:rsidR="00C9013A" w:rsidRDefault="00000000">
      <w:pPr>
        <w:pStyle w:val="ResumeBullet"/>
      </w:pPr>
      <w:r>
        <w:t>• Diagnosed electrical, avionics, and armament system faults using wiring schematics, technical manuals, and structured troubleshooting procedures.</w:t>
      </w:r>
    </w:p>
    <w:p w14:paraId="5FA3A6DB" w14:textId="77777777" w:rsidR="00C9013A" w:rsidRDefault="00000000">
      <w:pPr>
        <w:pStyle w:val="ResumeBullet"/>
      </w:pPr>
      <w:r>
        <w:lastRenderedPageBreak/>
        <w:t>• Conducted inspections, maintenance, quality checks, and documentation on aircraft systems and related equipment.</w:t>
      </w:r>
    </w:p>
    <w:p w14:paraId="24450C5B" w14:textId="77777777" w:rsidR="00C9013A" w:rsidRDefault="00000000">
      <w:pPr>
        <w:pStyle w:val="ResumeBullet"/>
      </w:pPr>
      <w:r>
        <w:t>• Communicated technical issues clearly to leadership and team members while following strict safety and operational procedures.</w:t>
      </w:r>
    </w:p>
    <w:p w14:paraId="07F7CF03" w14:textId="77777777" w:rsidR="00C9013A" w:rsidRDefault="00000000">
      <w:pPr>
        <w:pStyle w:val="ResumeBullet"/>
      </w:pPr>
      <w:r>
        <w:t>• Developed leadership, adaptability, documentation, problem-solving, and mission-focused decision-making skills.</w:t>
      </w:r>
    </w:p>
    <w:p w14:paraId="48CD524C" w14:textId="77777777" w:rsidR="00C9013A" w:rsidRDefault="00000000">
      <w:pPr>
        <w:pStyle w:val="ResumeBullet"/>
      </w:pPr>
      <w:r>
        <w:t>• Previously held a Secret security clearance during military service; ability to obtain a new clearance if required.</w:t>
      </w:r>
    </w:p>
    <w:p w14:paraId="540FE230" w14:textId="77777777" w:rsidR="00C9013A" w:rsidRDefault="00000000">
      <w:pPr>
        <w:pStyle w:val="ResumeSection"/>
        <w:pBdr>
          <w:bottom w:val="single" w:sz="6" w:space="1" w:color="999999"/>
        </w:pBdr>
        <w:spacing w:before="0" w:after="0"/>
      </w:pPr>
      <w:r>
        <w:t>ACADEMIC &amp; CAREER STRENGTHS</w:t>
      </w:r>
    </w:p>
    <w:p w14:paraId="00653251" w14:textId="77777777" w:rsidR="00C9013A" w:rsidRDefault="00000000">
      <w:pPr>
        <w:pStyle w:val="ResumeBullet"/>
      </w:pPr>
      <w:r>
        <w:t>• Computer Science coursework across software development, operating systems, databases, cybersecurity, digital forensics, artificial intelligence, algorithms, and human-computer interaction.</w:t>
      </w:r>
    </w:p>
    <w:p w14:paraId="45480FF6" w14:textId="77777777" w:rsidR="00C9013A" w:rsidRDefault="00000000">
      <w:pPr>
        <w:pStyle w:val="ResumeBullet"/>
      </w:pPr>
      <w:r>
        <w:t>• Criminal Justice minor with additional academic background in national security, justice systems, ethics, and research methods.</w:t>
      </w:r>
    </w:p>
    <w:p w14:paraId="78993598" w14:textId="77777777" w:rsidR="00C9013A" w:rsidRDefault="00000000">
      <w:pPr>
        <w:pStyle w:val="ResumeBullet"/>
      </w:pPr>
      <w:r>
        <w:t>• Comfortable working independently or in team-based technical environments with structured expectations, deadlines, and documentation requirements.</w:t>
      </w:r>
    </w:p>
    <w:p w14:paraId="49F28076" w14:textId="4FD838BA" w:rsidR="00C9013A" w:rsidRDefault="00000000" w:rsidP="009315F7">
      <w:pPr>
        <w:pStyle w:val="ResumeBullet"/>
      </w:pPr>
      <w:r>
        <w:t>• Strong fit for IT support, help desk, cybersecurity analyst trainee, SOC support, software development, systems support, technical operations, and security-related roles.</w:t>
      </w:r>
    </w:p>
    <w:sectPr w:rsidR="00C9013A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E60D77"/>
    <w:multiLevelType w:val="hybridMultilevel"/>
    <w:tmpl w:val="728CC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153918">
    <w:abstractNumId w:val="8"/>
  </w:num>
  <w:num w:numId="2" w16cid:durableId="841119054">
    <w:abstractNumId w:val="6"/>
  </w:num>
  <w:num w:numId="3" w16cid:durableId="608969129">
    <w:abstractNumId w:val="5"/>
  </w:num>
  <w:num w:numId="4" w16cid:durableId="176237207">
    <w:abstractNumId w:val="4"/>
  </w:num>
  <w:num w:numId="5" w16cid:durableId="23557390">
    <w:abstractNumId w:val="7"/>
  </w:num>
  <w:num w:numId="6" w16cid:durableId="102459645">
    <w:abstractNumId w:val="3"/>
  </w:num>
  <w:num w:numId="7" w16cid:durableId="364722457">
    <w:abstractNumId w:val="2"/>
  </w:num>
  <w:num w:numId="8" w16cid:durableId="1951206984">
    <w:abstractNumId w:val="1"/>
  </w:num>
  <w:num w:numId="9" w16cid:durableId="400255900">
    <w:abstractNumId w:val="0"/>
  </w:num>
  <w:num w:numId="10" w16cid:durableId="8841757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106F"/>
    <w:rsid w:val="0029639D"/>
    <w:rsid w:val="00326F90"/>
    <w:rsid w:val="004101B1"/>
    <w:rsid w:val="005D1488"/>
    <w:rsid w:val="006B5A8D"/>
    <w:rsid w:val="007F3A46"/>
    <w:rsid w:val="009315F7"/>
    <w:rsid w:val="00AA1D8D"/>
    <w:rsid w:val="00AF6CDB"/>
    <w:rsid w:val="00B47730"/>
    <w:rsid w:val="00C9013A"/>
    <w:rsid w:val="00CA2E0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E5C8B8"/>
  <w14:defaultImageDpi w14:val="300"/>
  <w15:docId w15:val="{2A3C4B33-B8EE-FA4E-87D2-AC28440C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Bullet">
    <w:name w:val="Resume Bullet"/>
    <w:basedOn w:val="Normal"/>
    <w:pPr>
      <w:spacing w:after="20"/>
      <w:ind w:left="259" w:hanging="173"/>
    </w:pPr>
  </w:style>
  <w:style w:type="paragraph" w:customStyle="1" w:styleId="ResumeSection">
    <w:name w:val="Resume Section"/>
    <w:basedOn w:val="Normal"/>
    <w:pPr>
      <w:spacing w:before="100" w:after="40"/>
    </w:pPr>
    <w:rPr>
      <w:b/>
      <w:caps/>
      <w:sz w:val="20"/>
    </w:rPr>
  </w:style>
  <w:style w:type="character" w:styleId="Hyperlink">
    <w:name w:val="Hyperlink"/>
    <w:basedOn w:val="DefaultParagraphFont"/>
    <w:uiPriority w:val="99"/>
    <w:unhideWhenUsed/>
    <w:rsid w:val="004101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ichardgriffin.de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Richard Griffin Handshake Resume</dc:title>
  <dc:subject>Generalized two-page resume for Handshake profile</dc:subject>
  <dc:creator>Richard Griffin</dc:creator>
  <cp:keywords>resume, Handshake, computer science, IT support, cybersecurity, software development</cp:keywords>
  <dc:description/>
  <cp:lastModifiedBy>Richard Griffin</cp:lastModifiedBy>
  <cp:revision>5</cp:revision>
  <cp:lastPrinted>2026-06-02T16:01:00Z</cp:lastPrinted>
  <dcterms:created xsi:type="dcterms:W3CDTF">2026-06-02T15:59:00Z</dcterms:created>
  <dcterms:modified xsi:type="dcterms:W3CDTF">2026-07-20T22:23:00Z</dcterms:modified>
  <cp:category/>
</cp:coreProperties>
</file>